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775" w:rsidRPr="00355E90" w:rsidRDefault="00C41BC8">
      <w:pPr>
        <w:spacing w:after="40"/>
        <w:jc w:val="center"/>
        <w:rPr>
          <w:lang w:val="pt-BR"/>
        </w:rPr>
      </w:pPr>
      <w:r w:rsidRPr="00355E90">
        <w:rPr>
          <w:b/>
          <w:sz w:val="20"/>
          <w:lang w:val="pt-BR"/>
        </w:rPr>
        <w:t>UNIVERSIDADE DE BRASÍLIA - DECANATO DE PÓS-GRADUAÇÃO</w:t>
      </w:r>
    </w:p>
    <w:p w:rsidR="00CA4775" w:rsidRPr="00355E90" w:rsidRDefault="00C41BC8">
      <w:pPr>
        <w:spacing w:after="40"/>
        <w:jc w:val="center"/>
        <w:rPr>
          <w:lang w:val="pt-BR"/>
        </w:rPr>
      </w:pPr>
      <w:r w:rsidRPr="00355E90">
        <w:rPr>
          <w:b/>
          <w:sz w:val="20"/>
          <w:lang w:val="pt-BR"/>
        </w:rPr>
        <w:t>Programa de Pós-Graduação em Educação - Modalidade Profissional - PPGEMP</w:t>
      </w:r>
    </w:p>
    <w:p w:rsidR="00CA4775" w:rsidRPr="00355E90" w:rsidRDefault="00C41BC8">
      <w:pPr>
        <w:spacing w:after="120"/>
        <w:jc w:val="center"/>
        <w:rPr>
          <w:lang w:val="pt-BR"/>
        </w:rPr>
      </w:pPr>
      <w:r w:rsidRPr="00355E90">
        <w:rPr>
          <w:b/>
          <w:sz w:val="20"/>
          <w:lang w:val="pt-BR"/>
        </w:rPr>
        <w:t>EDITAL Nº 10/2026 - Programa CAPES-Global.Edu</w:t>
      </w:r>
    </w:p>
    <w:p w:rsidR="00CA4775" w:rsidRPr="00355E90" w:rsidRDefault="00C41BC8">
      <w:pPr>
        <w:spacing w:after="160"/>
        <w:jc w:val="center"/>
        <w:rPr>
          <w:lang w:val="pt-BR"/>
        </w:rPr>
      </w:pPr>
      <w:r w:rsidRPr="00355E90">
        <w:rPr>
          <w:b/>
          <w:sz w:val="24"/>
          <w:lang w:val="pt-BR"/>
        </w:rPr>
        <w:t>ANEXO I - BAREMA DE PONTUAÇÃO</w:t>
      </w:r>
    </w:p>
    <w:p w:rsidR="00CA4775" w:rsidRPr="00355E90" w:rsidRDefault="00C41BC8">
      <w:pPr>
        <w:spacing w:after="160"/>
        <w:jc w:val="center"/>
        <w:rPr>
          <w:lang w:val="pt-BR"/>
        </w:rPr>
      </w:pPr>
      <w:r w:rsidRPr="00355E90">
        <w:rPr>
          <w:b/>
          <w:sz w:val="20"/>
          <w:lang w:val="pt-BR"/>
        </w:rPr>
        <w:t>BOLSA PROFESSOR VISITANTE NO BRASIL</w:t>
      </w:r>
    </w:p>
    <w:tbl>
      <w:tblPr>
        <w:tblStyle w:val="Tabelacomgrade"/>
        <w:tblW w:w="0" w:type="auto"/>
        <w:jc w:val="center"/>
        <w:tblLook w:val="04A0"/>
      </w:tblPr>
      <w:tblGrid>
        <w:gridCol w:w="5270"/>
        <w:gridCol w:w="5270"/>
      </w:tblGrid>
      <w:tr w:rsidR="00CA4775" w:rsidRPr="00355E90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b/>
                <w:sz w:val="16"/>
                <w:lang w:val="pt-BR"/>
              </w:rPr>
              <w:t xml:space="preserve">NOME DO/A </w:t>
            </w:r>
            <w:r w:rsidRPr="00355E90">
              <w:rPr>
                <w:b/>
                <w:sz w:val="16"/>
                <w:lang w:val="pt-BR"/>
              </w:rPr>
              <w:t>PROFESSOR/A VISITANTE:</w:t>
            </w:r>
          </w:p>
        </w:tc>
        <w:tc>
          <w:tcPr>
            <w:tcW w:w="5270" w:type="dxa"/>
            <w:vAlign w:val="center"/>
          </w:tcPr>
          <w:p w:rsidR="00CA4775" w:rsidRPr="00355E90" w:rsidRDefault="00CA4775">
            <w:pPr>
              <w:rPr>
                <w:lang w:val="pt-BR"/>
              </w:rPr>
            </w:pPr>
          </w:p>
        </w:tc>
      </w:tr>
      <w:tr w:rsidR="00CA4775" w:rsidRPr="00355E90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b/>
                <w:sz w:val="16"/>
                <w:lang w:val="pt-BR"/>
              </w:rPr>
              <w:t>IES DE VÍNCULO NO EXTERIOR:</w:t>
            </w:r>
          </w:p>
        </w:tc>
        <w:tc>
          <w:tcPr>
            <w:tcW w:w="5270" w:type="dxa"/>
            <w:vAlign w:val="center"/>
          </w:tcPr>
          <w:p w:rsidR="00CA4775" w:rsidRPr="00355E90" w:rsidRDefault="00CA4775">
            <w:pPr>
              <w:rPr>
                <w:lang w:val="pt-BR"/>
              </w:rPr>
            </w:pPr>
          </w:p>
        </w:tc>
      </w:tr>
      <w:tr w:rsidR="00CA4775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CA4775" w:rsidRDefault="00C41BC8">
            <w:r>
              <w:rPr>
                <w:b/>
                <w:sz w:val="16"/>
              </w:rPr>
              <w:t>PAÍS:</w:t>
            </w:r>
          </w:p>
        </w:tc>
        <w:tc>
          <w:tcPr>
            <w:tcW w:w="5270" w:type="dxa"/>
            <w:vAlign w:val="center"/>
          </w:tcPr>
          <w:p w:rsidR="00CA4775" w:rsidRDefault="00CA4775"/>
        </w:tc>
      </w:tr>
      <w:tr w:rsidR="00CA4775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CA4775" w:rsidRDefault="00C41BC8">
            <w:r>
              <w:rPr>
                <w:b/>
                <w:sz w:val="16"/>
              </w:rPr>
              <w:t>EIXO TEMÁTICO:</w:t>
            </w:r>
          </w:p>
        </w:tc>
        <w:tc>
          <w:tcPr>
            <w:tcW w:w="5270" w:type="dxa"/>
            <w:vAlign w:val="center"/>
          </w:tcPr>
          <w:p w:rsidR="00CA4775" w:rsidRDefault="00CA4775"/>
        </w:tc>
      </w:tr>
    </w:tbl>
    <w:p w:rsidR="00CA4775" w:rsidRPr="00355E90" w:rsidRDefault="00C41BC8">
      <w:pPr>
        <w:spacing w:before="100" w:after="100"/>
        <w:rPr>
          <w:lang w:val="pt-BR"/>
        </w:rPr>
      </w:pPr>
      <w:r w:rsidRPr="00355E90">
        <w:rPr>
          <w:b/>
          <w:sz w:val="17"/>
          <w:lang w:val="pt-BR"/>
        </w:rPr>
        <w:t xml:space="preserve">Orientação: </w:t>
      </w:r>
      <w:r w:rsidRPr="00355E90">
        <w:rPr>
          <w:sz w:val="17"/>
          <w:lang w:val="pt-BR"/>
        </w:rPr>
        <w:t>o barema deverá ser preenchido pelo/a proponente e conferido pela Comissão de Seleção. A pontuação máxima é de 100 pontos. Cada item</w:t>
      </w:r>
      <w:r w:rsidRPr="00355E90">
        <w:rPr>
          <w:sz w:val="17"/>
          <w:lang w:val="pt-BR"/>
        </w:rPr>
        <w:t xml:space="preserve"> de avaliação vale de 0 a 10 pontos. Os itens </w:t>
      </w:r>
      <w:proofErr w:type="gramStart"/>
      <w:r w:rsidRPr="00355E90">
        <w:rPr>
          <w:sz w:val="17"/>
          <w:lang w:val="pt-BR"/>
        </w:rPr>
        <w:t>1</w:t>
      </w:r>
      <w:proofErr w:type="gramEnd"/>
      <w:r w:rsidRPr="00355E90">
        <w:rPr>
          <w:sz w:val="17"/>
          <w:lang w:val="pt-BR"/>
        </w:rPr>
        <w:t xml:space="preserve"> e 2 correspondem também à verificação das condições de habilitação previstas no Edital.</w:t>
      </w:r>
    </w:p>
    <w:tbl>
      <w:tblPr>
        <w:tblStyle w:val="Tabelacomgrade"/>
        <w:tblW w:w="0" w:type="auto"/>
        <w:jc w:val="center"/>
        <w:tblLayout w:type="fixed"/>
        <w:tblLook w:val="04A0"/>
      </w:tblPr>
      <w:tblGrid>
        <w:gridCol w:w="1757"/>
        <w:gridCol w:w="2438"/>
        <w:gridCol w:w="4252"/>
        <w:gridCol w:w="1757"/>
        <w:gridCol w:w="1757"/>
        <w:gridCol w:w="1757"/>
      </w:tblGrid>
      <w:tr w:rsidR="00CA4775">
        <w:trPr>
          <w:jc w:val="center"/>
        </w:trPr>
        <w:tc>
          <w:tcPr>
            <w:tcW w:w="1757" w:type="dxa"/>
            <w:shd w:val="clear" w:color="auto" w:fill="D9EAD3"/>
            <w:vAlign w:val="center"/>
          </w:tcPr>
          <w:p w:rsidR="00CA4775" w:rsidRDefault="00C41BC8">
            <w:pPr>
              <w:jc w:val="center"/>
            </w:pPr>
            <w:r>
              <w:rPr>
                <w:b/>
                <w:sz w:val="14"/>
              </w:rPr>
              <w:t>ITEM</w:t>
            </w:r>
          </w:p>
        </w:tc>
        <w:tc>
          <w:tcPr>
            <w:tcW w:w="1757" w:type="dxa"/>
            <w:shd w:val="clear" w:color="auto" w:fill="D9EAD3"/>
            <w:vAlign w:val="center"/>
          </w:tcPr>
          <w:p w:rsidR="00CA4775" w:rsidRDefault="00C41BC8">
            <w:pPr>
              <w:jc w:val="center"/>
            </w:pPr>
            <w:r>
              <w:rPr>
                <w:b/>
                <w:sz w:val="14"/>
              </w:rPr>
              <w:t>CRITÉRIO DE AVALIAÇÃO</w:t>
            </w:r>
          </w:p>
        </w:tc>
        <w:tc>
          <w:tcPr>
            <w:tcW w:w="1757" w:type="dxa"/>
            <w:shd w:val="clear" w:color="auto" w:fill="D9EAD3"/>
            <w:vAlign w:val="center"/>
          </w:tcPr>
          <w:p w:rsidR="00CA4775" w:rsidRPr="00355E90" w:rsidRDefault="00C41BC8">
            <w:pPr>
              <w:jc w:val="center"/>
              <w:rPr>
                <w:lang w:val="pt-BR"/>
              </w:rPr>
            </w:pPr>
            <w:r w:rsidRPr="00355E90">
              <w:rPr>
                <w:b/>
                <w:sz w:val="14"/>
                <w:lang w:val="pt-BR"/>
              </w:rPr>
              <w:t>PARÂMETRO PARA ATRIBUIÇÃO DA NOTA</w:t>
            </w:r>
          </w:p>
        </w:tc>
        <w:tc>
          <w:tcPr>
            <w:tcW w:w="1757" w:type="dxa"/>
            <w:shd w:val="clear" w:color="auto" w:fill="D9EAD3"/>
            <w:vAlign w:val="center"/>
          </w:tcPr>
          <w:p w:rsidR="00CA4775" w:rsidRDefault="00C41BC8">
            <w:pPr>
              <w:jc w:val="center"/>
            </w:pPr>
            <w:r>
              <w:rPr>
                <w:b/>
                <w:sz w:val="14"/>
              </w:rPr>
              <w:t>MÁX.</w:t>
            </w:r>
          </w:p>
        </w:tc>
        <w:tc>
          <w:tcPr>
            <w:tcW w:w="1757" w:type="dxa"/>
            <w:shd w:val="clear" w:color="auto" w:fill="D9EAD3"/>
            <w:vAlign w:val="center"/>
          </w:tcPr>
          <w:p w:rsidR="00CA4775" w:rsidRDefault="00C41BC8">
            <w:pPr>
              <w:jc w:val="center"/>
            </w:pPr>
            <w:r>
              <w:rPr>
                <w:b/>
                <w:sz w:val="14"/>
              </w:rPr>
              <w:t>PONTOS</w:t>
            </w:r>
            <w:r>
              <w:rPr>
                <w:b/>
                <w:sz w:val="14"/>
              </w:rPr>
              <w:br/>
              <w:t>DECLARADOS</w:t>
            </w:r>
          </w:p>
        </w:tc>
        <w:tc>
          <w:tcPr>
            <w:tcW w:w="1757" w:type="dxa"/>
            <w:shd w:val="clear" w:color="auto" w:fill="D9EAD3"/>
            <w:vAlign w:val="center"/>
          </w:tcPr>
          <w:p w:rsidR="00CA4775" w:rsidRDefault="00C41BC8">
            <w:pPr>
              <w:jc w:val="center"/>
            </w:pPr>
            <w:r>
              <w:rPr>
                <w:b/>
                <w:sz w:val="14"/>
              </w:rPr>
              <w:t>PONTOS</w:t>
            </w:r>
            <w:r>
              <w:rPr>
                <w:b/>
                <w:sz w:val="14"/>
              </w:rPr>
              <w:br/>
              <w:t>COMISSÃO</w:t>
            </w:r>
          </w:p>
        </w:tc>
      </w:tr>
      <w:tr w:rsidR="00CA4775">
        <w:trPr>
          <w:jc w:val="center"/>
        </w:trPr>
        <w:tc>
          <w:tcPr>
            <w:tcW w:w="45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438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Atendimento aos r</w:t>
            </w:r>
            <w:r w:rsidRPr="00355E90">
              <w:rPr>
                <w:sz w:val="14"/>
                <w:lang w:val="pt-BR"/>
              </w:rPr>
              <w:t>equisitos do/a candidato/a previstos no Edital.</w:t>
            </w:r>
          </w:p>
        </w:tc>
        <w:tc>
          <w:tcPr>
            <w:tcW w:w="4252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 xml:space="preserve">0-10 pontos, considerando: título de doutor ou equivalente; residência e vínculo com instituição estrangeira; reconhecida competência como pesquisador/a; produção acadêmica relevante; </w:t>
            </w:r>
            <w:proofErr w:type="gramStart"/>
            <w:r w:rsidRPr="00355E90">
              <w:rPr>
                <w:sz w:val="14"/>
                <w:lang w:val="pt-BR"/>
              </w:rPr>
              <w:t>ORCID e cadastro CAPES</w:t>
            </w:r>
            <w:proofErr w:type="gramEnd"/>
            <w:r w:rsidRPr="00355E90">
              <w:rPr>
                <w:sz w:val="14"/>
                <w:lang w:val="pt-BR"/>
              </w:rPr>
              <w:t xml:space="preserve">, </w:t>
            </w:r>
            <w:r w:rsidRPr="00355E90">
              <w:rPr>
                <w:sz w:val="14"/>
                <w:lang w:val="pt-BR"/>
              </w:rPr>
              <w:t>quando aplicável.</w:t>
            </w:r>
          </w:p>
        </w:tc>
        <w:tc>
          <w:tcPr>
            <w:tcW w:w="62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</w:tr>
      <w:tr w:rsidR="00CA4775">
        <w:trPr>
          <w:jc w:val="center"/>
        </w:trPr>
        <w:tc>
          <w:tcPr>
            <w:tcW w:w="45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438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Adequação da documentação apresentada às exigências do Edital.</w:t>
            </w:r>
          </w:p>
        </w:tc>
        <w:tc>
          <w:tcPr>
            <w:tcW w:w="4252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 xml:space="preserve">0-10 pontos, considerando completude, regularidade, legibilidade e conformidade dos documentos exigidos nos itens 6.1 a 6.6, inclusive plano de trabalho, currículo </w:t>
            </w:r>
            <w:r w:rsidRPr="00355E90">
              <w:rPr>
                <w:sz w:val="14"/>
                <w:lang w:val="pt-BR"/>
              </w:rPr>
              <w:t>resumido, comprovação do doutorado e declarações.</w:t>
            </w:r>
          </w:p>
        </w:tc>
        <w:tc>
          <w:tcPr>
            <w:tcW w:w="62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</w:tr>
      <w:tr w:rsidR="00CA4775">
        <w:trPr>
          <w:jc w:val="center"/>
        </w:trPr>
        <w:tc>
          <w:tcPr>
            <w:tcW w:w="45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438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Qualificação acadêmica e profissional do/a professor/a visitante.</w:t>
            </w:r>
          </w:p>
        </w:tc>
        <w:tc>
          <w:tcPr>
            <w:tcW w:w="4252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0-10 pontos, considerando trajetória acadêmica, experiência profissional, liderança/reconhecimento na área e compatibilidade da qual</w:t>
            </w:r>
            <w:r w:rsidRPr="00355E90">
              <w:rPr>
                <w:sz w:val="14"/>
                <w:lang w:val="pt-BR"/>
              </w:rPr>
              <w:t>ificação com as atividades propostas na UnB.</w:t>
            </w:r>
          </w:p>
        </w:tc>
        <w:tc>
          <w:tcPr>
            <w:tcW w:w="62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</w:tr>
      <w:tr w:rsidR="00CA4775">
        <w:trPr>
          <w:jc w:val="center"/>
        </w:trPr>
        <w:tc>
          <w:tcPr>
            <w:tcW w:w="45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438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 xml:space="preserve">Qualidade e relevância das cinco produções de maior destaque apresentadas no Curriculum </w:t>
            </w:r>
            <w:proofErr w:type="spellStart"/>
            <w:r w:rsidRPr="00355E90">
              <w:rPr>
                <w:sz w:val="14"/>
                <w:lang w:val="pt-BR"/>
              </w:rPr>
              <w:t>Vitae</w:t>
            </w:r>
            <w:proofErr w:type="spellEnd"/>
            <w:r w:rsidRPr="00355E90">
              <w:rPr>
                <w:sz w:val="14"/>
                <w:lang w:val="pt-BR"/>
              </w:rPr>
              <w:t xml:space="preserve"> resumido.</w:t>
            </w:r>
          </w:p>
        </w:tc>
        <w:tc>
          <w:tcPr>
            <w:tcW w:w="4252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 xml:space="preserve">0-10 pontos, considerando qualidade, atualidade, impacto, aderência temática e contribuição </w:t>
            </w:r>
            <w:r w:rsidRPr="00355E90">
              <w:rPr>
                <w:sz w:val="14"/>
                <w:lang w:val="pt-BR"/>
              </w:rPr>
              <w:t>científica das cinco produções indicadas, com especial atenção aos últimos cinco anos.</w:t>
            </w:r>
          </w:p>
        </w:tc>
        <w:tc>
          <w:tcPr>
            <w:tcW w:w="62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</w:tr>
      <w:tr w:rsidR="00CA4775">
        <w:trPr>
          <w:jc w:val="center"/>
        </w:trPr>
        <w:tc>
          <w:tcPr>
            <w:tcW w:w="45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2438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Pertinência e relevância do tema do plano de trabalho.</w:t>
            </w:r>
          </w:p>
        </w:tc>
        <w:tc>
          <w:tcPr>
            <w:tcW w:w="4252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0-10 pontos, considerando atualidade, relevância acadêmico-científica e aderência ao eixo temático da Rede</w:t>
            </w:r>
            <w:r w:rsidRPr="00355E90">
              <w:rPr>
                <w:sz w:val="14"/>
                <w:lang w:val="pt-BR"/>
              </w:rPr>
              <w:t xml:space="preserve"> Global de Pesquisa para Cooperação e Desenvolvimento.</w:t>
            </w:r>
          </w:p>
        </w:tc>
        <w:tc>
          <w:tcPr>
            <w:tcW w:w="62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</w:tr>
      <w:tr w:rsidR="00CA4775">
        <w:trPr>
          <w:jc w:val="center"/>
        </w:trPr>
        <w:tc>
          <w:tcPr>
            <w:tcW w:w="45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2438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Qualidade da fundamentação teórica e metodológica do plano de trabalho.</w:t>
            </w:r>
          </w:p>
        </w:tc>
        <w:tc>
          <w:tcPr>
            <w:tcW w:w="4252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0-10 pontos, considerando consistência conceitual, clareza metodológica e coerência entre objetivos, atividades, abordage</w:t>
            </w:r>
            <w:r w:rsidRPr="00355E90">
              <w:rPr>
                <w:sz w:val="14"/>
                <w:lang w:val="pt-BR"/>
              </w:rPr>
              <w:t>m e resultados esperados.</w:t>
            </w:r>
          </w:p>
        </w:tc>
        <w:tc>
          <w:tcPr>
            <w:tcW w:w="62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</w:tr>
      <w:tr w:rsidR="00CA4775">
        <w:trPr>
          <w:jc w:val="center"/>
        </w:trPr>
        <w:tc>
          <w:tcPr>
            <w:tcW w:w="45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2438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Qualidade do programa de atividades de ensino e formação.</w:t>
            </w:r>
          </w:p>
        </w:tc>
        <w:tc>
          <w:tcPr>
            <w:tcW w:w="4252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 xml:space="preserve">0-10 pontos, considerando objetivos, metas, atividades previstas, adequação à duração de 15 dias e potencial de contribuição para a formação acadêmica, </w:t>
            </w:r>
            <w:r w:rsidRPr="00355E90">
              <w:rPr>
                <w:sz w:val="14"/>
                <w:lang w:val="pt-BR"/>
              </w:rPr>
              <w:t>especialmente dos estudantes.</w:t>
            </w:r>
          </w:p>
        </w:tc>
        <w:tc>
          <w:tcPr>
            <w:tcW w:w="62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</w:tr>
      <w:tr w:rsidR="00CA4775">
        <w:trPr>
          <w:jc w:val="center"/>
        </w:trPr>
        <w:tc>
          <w:tcPr>
            <w:tcW w:w="45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2438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Viabilidade e coerência do cronograma de execução.</w:t>
            </w:r>
          </w:p>
        </w:tc>
        <w:tc>
          <w:tcPr>
            <w:tcW w:w="4252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0-10 pontos, considerando compatibilidade entre atividades, datas, duração da visita, infraestrutura institucional e possibilidade efetiva de execução do plano.</w:t>
            </w:r>
          </w:p>
        </w:tc>
        <w:tc>
          <w:tcPr>
            <w:tcW w:w="62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</w:tr>
      <w:tr w:rsidR="00CA4775">
        <w:trPr>
          <w:jc w:val="center"/>
        </w:trPr>
        <w:tc>
          <w:tcPr>
            <w:tcW w:w="45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2438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Abrangência e impacto acadêmico-institucional da visita.</w:t>
            </w:r>
          </w:p>
        </w:tc>
        <w:tc>
          <w:tcPr>
            <w:tcW w:w="4252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0-10 pontos, considerando capacidade de beneficiar o maior número possível de membros da comunidade acadêmica e potencial de repercussão no ensino, pesquisa, extensão, inovação e formação de recurs</w:t>
            </w:r>
            <w:r w:rsidRPr="00355E90">
              <w:rPr>
                <w:sz w:val="14"/>
                <w:lang w:val="pt-BR"/>
              </w:rPr>
              <w:t>os humanos.</w:t>
            </w:r>
          </w:p>
        </w:tc>
        <w:tc>
          <w:tcPr>
            <w:tcW w:w="62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</w:tr>
      <w:tr w:rsidR="00CA4775">
        <w:trPr>
          <w:jc w:val="center"/>
        </w:trPr>
        <w:tc>
          <w:tcPr>
            <w:tcW w:w="45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2438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>Internacionalização e interação técnico-científica com o PPGEMP/UnB.</w:t>
            </w:r>
          </w:p>
        </w:tc>
        <w:tc>
          <w:tcPr>
            <w:tcW w:w="4252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4"/>
                <w:lang w:val="pt-BR"/>
              </w:rPr>
              <w:t xml:space="preserve">0-10 pontos, considerando alinhamento ao Plano de Internacionalização da UnB, ao respectivo Tema da proposta </w:t>
            </w:r>
            <w:proofErr w:type="gramStart"/>
            <w:r w:rsidRPr="00355E90">
              <w:rPr>
                <w:sz w:val="14"/>
                <w:lang w:val="pt-BR"/>
              </w:rPr>
              <w:t>CAPES</w:t>
            </w:r>
            <w:proofErr w:type="gramEnd"/>
            <w:r w:rsidRPr="00355E90">
              <w:rPr>
                <w:sz w:val="14"/>
                <w:lang w:val="pt-BR"/>
              </w:rPr>
              <w:t xml:space="preserve">-Global.Edu e potencial para fortalecer cooperação, </w:t>
            </w:r>
            <w:r w:rsidRPr="00355E90">
              <w:rPr>
                <w:sz w:val="14"/>
                <w:lang w:val="pt-BR"/>
              </w:rPr>
              <w:t>redes, produção conjunta e relacionamento técnico-científico duradouro.</w:t>
            </w:r>
          </w:p>
        </w:tc>
        <w:tc>
          <w:tcPr>
            <w:tcW w:w="624" w:type="dxa"/>
            <w:vAlign w:val="center"/>
          </w:tcPr>
          <w:p w:rsidR="00CA4775" w:rsidRDefault="00C41BC8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  <w:tc>
          <w:tcPr>
            <w:tcW w:w="1134" w:type="dxa"/>
            <w:vAlign w:val="center"/>
          </w:tcPr>
          <w:p w:rsidR="00CA4775" w:rsidRDefault="00CA4775">
            <w:pPr>
              <w:jc w:val="center"/>
            </w:pPr>
          </w:p>
        </w:tc>
      </w:tr>
      <w:tr w:rsidR="00CA4775">
        <w:trPr>
          <w:jc w:val="center"/>
        </w:trPr>
        <w:tc>
          <w:tcPr>
            <w:tcW w:w="7144" w:type="dxa"/>
            <w:gridSpan w:val="3"/>
            <w:shd w:val="clear" w:color="auto" w:fill="E7E6E6"/>
            <w:vAlign w:val="center"/>
          </w:tcPr>
          <w:p w:rsidR="00CA4775" w:rsidRDefault="00C41BC8">
            <w:pPr>
              <w:jc w:val="right"/>
            </w:pPr>
            <w:r>
              <w:rPr>
                <w:b/>
                <w:sz w:val="17"/>
              </w:rPr>
              <w:t>TOTAL</w:t>
            </w:r>
          </w:p>
        </w:tc>
        <w:tc>
          <w:tcPr>
            <w:tcW w:w="624" w:type="dxa"/>
            <w:shd w:val="clear" w:color="auto" w:fill="E7E6E6"/>
            <w:vAlign w:val="center"/>
          </w:tcPr>
          <w:p w:rsidR="00CA4775" w:rsidRDefault="00C41BC8">
            <w:pPr>
              <w:jc w:val="center"/>
            </w:pPr>
            <w:r>
              <w:rPr>
                <w:b/>
                <w:sz w:val="17"/>
              </w:rPr>
              <w:t>100</w:t>
            </w:r>
          </w:p>
        </w:tc>
        <w:tc>
          <w:tcPr>
            <w:tcW w:w="1134" w:type="dxa"/>
            <w:shd w:val="clear" w:color="auto" w:fill="E7E6E6"/>
            <w:vAlign w:val="center"/>
          </w:tcPr>
          <w:p w:rsidR="00CA4775" w:rsidRDefault="00CA4775">
            <w:pPr>
              <w:jc w:val="center"/>
            </w:pPr>
          </w:p>
        </w:tc>
        <w:tc>
          <w:tcPr>
            <w:tcW w:w="1134" w:type="dxa"/>
            <w:shd w:val="clear" w:color="auto" w:fill="E7E6E6"/>
            <w:vAlign w:val="center"/>
          </w:tcPr>
          <w:p w:rsidR="00CA4775" w:rsidRDefault="00CA4775">
            <w:pPr>
              <w:jc w:val="center"/>
            </w:pPr>
          </w:p>
        </w:tc>
      </w:tr>
    </w:tbl>
    <w:p w:rsidR="00CA4775" w:rsidRDefault="00C41BC8">
      <w:pPr>
        <w:spacing w:before="120" w:after="40"/>
      </w:pPr>
      <w:r>
        <w:rPr>
          <w:b/>
        </w:rPr>
        <w:t>SÍNTESE DA AVALIAÇÃO</w:t>
      </w:r>
    </w:p>
    <w:tbl>
      <w:tblPr>
        <w:tblStyle w:val="Tabelacomgrade"/>
        <w:tblW w:w="0" w:type="auto"/>
        <w:jc w:val="center"/>
        <w:tblLook w:val="04A0"/>
      </w:tblPr>
      <w:tblGrid>
        <w:gridCol w:w="2635"/>
        <w:gridCol w:w="2635"/>
        <w:gridCol w:w="2635"/>
        <w:gridCol w:w="2635"/>
      </w:tblGrid>
      <w:tr w:rsidR="00CA4775">
        <w:trPr>
          <w:jc w:val="center"/>
        </w:trPr>
        <w:tc>
          <w:tcPr>
            <w:tcW w:w="2635" w:type="dxa"/>
            <w:shd w:val="clear" w:color="auto" w:fill="E7E6E6"/>
            <w:vAlign w:val="center"/>
          </w:tcPr>
          <w:p w:rsidR="00CA4775" w:rsidRDefault="00C41BC8">
            <w:r>
              <w:rPr>
                <w:b/>
                <w:sz w:val="16"/>
              </w:rPr>
              <w:lastRenderedPageBreak/>
              <w:t>PONTUAÇÃO FINAL:</w:t>
            </w:r>
          </w:p>
        </w:tc>
        <w:tc>
          <w:tcPr>
            <w:tcW w:w="2635" w:type="dxa"/>
            <w:vAlign w:val="center"/>
          </w:tcPr>
          <w:p w:rsidR="00CA4775" w:rsidRDefault="00CA4775"/>
        </w:tc>
        <w:tc>
          <w:tcPr>
            <w:tcW w:w="2635" w:type="dxa"/>
            <w:shd w:val="clear" w:color="auto" w:fill="E7E6E6"/>
            <w:vAlign w:val="center"/>
          </w:tcPr>
          <w:p w:rsidR="00CA4775" w:rsidRDefault="00C41BC8">
            <w:r>
              <w:rPr>
                <w:b/>
                <w:sz w:val="16"/>
              </w:rPr>
              <w:t>CLASSIFICAÇÃO:</w:t>
            </w:r>
          </w:p>
        </w:tc>
        <w:tc>
          <w:tcPr>
            <w:tcW w:w="2635" w:type="dxa"/>
            <w:vAlign w:val="center"/>
          </w:tcPr>
          <w:p w:rsidR="00CA4775" w:rsidRDefault="00CA4775"/>
        </w:tc>
      </w:tr>
      <w:tr w:rsidR="00CA4775" w:rsidRPr="00355E90">
        <w:trPr>
          <w:jc w:val="center"/>
        </w:trPr>
        <w:tc>
          <w:tcPr>
            <w:tcW w:w="2635" w:type="dxa"/>
            <w:shd w:val="clear" w:color="auto" w:fill="E7E6E6"/>
            <w:vAlign w:val="center"/>
          </w:tcPr>
          <w:p w:rsidR="00CA4775" w:rsidRDefault="00C41BC8">
            <w:r>
              <w:rPr>
                <w:b/>
                <w:sz w:val="16"/>
              </w:rPr>
              <w:t>SITUAÇÃO:</w:t>
            </w:r>
          </w:p>
        </w:tc>
        <w:tc>
          <w:tcPr>
            <w:tcW w:w="2635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6"/>
                <w:lang w:val="pt-BR"/>
              </w:rPr>
              <w:t>☐</w:t>
            </w:r>
            <w:r w:rsidRPr="00355E90">
              <w:rPr>
                <w:sz w:val="16"/>
                <w:lang w:val="pt-BR"/>
              </w:rPr>
              <w:t xml:space="preserve"> Habilitado/a   ☐ Não habilitado/a</w:t>
            </w:r>
          </w:p>
        </w:tc>
        <w:tc>
          <w:tcPr>
            <w:tcW w:w="2635" w:type="dxa"/>
            <w:shd w:val="clear" w:color="auto" w:fill="E7E6E6"/>
            <w:vAlign w:val="center"/>
          </w:tcPr>
          <w:p w:rsidR="00CA4775" w:rsidRDefault="00C41BC8">
            <w:r>
              <w:rPr>
                <w:b/>
                <w:sz w:val="16"/>
              </w:rPr>
              <w:t>RESULTADO:</w:t>
            </w:r>
          </w:p>
        </w:tc>
        <w:tc>
          <w:tcPr>
            <w:tcW w:w="2635" w:type="dxa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sz w:val="16"/>
                <w:lang w:val="pt-BR"/>
              </w:rPr>
              <w:t>☐</w:t>
            </w:r>
            <w:r w:rsidRPr="00355E90">
              <w:rPr>
                <w:sz w:val="16"/>
                <w:lang w:val="pt-BR"/>
              </w:rPr>
              <w:t xml:space="preserve"> Classificado/a   ☐ Lista de espera</w:t>
            </w:r>
          </w:p>
        </w:tc>
      </w:tr>
      <w:tr w:rsidR="00CA4775">
        <w:trPr>
          <w:jc w:val="center"/>
        </w:trPr>
        <w:tc>
          <w:tcPr>
            <w:tcW w:w="2635" w:type="dxa"/>
            <w:shd w:val="clear" w:color="auto" w:fill="E7E6E6"/>
            <w:vAlign w:val="center"/>
          </w:tcPr>
          <w:p w:rsidR="00CA4775" w:rsidRDefault="00C41BC8">
            <w:r>
              <w:rPr>
                <w:b/>
                <w:sz w:val="16"/>
              </w:rPr>
              <w:t>OBSERVAÇÕES:</w:t>
            </w:r>
          </w:p>
        </w:tc>
        <w:tc>
          <w:tcPr>
            <w:tcW w:w="7905" w:type="dxa"/>
            <w:gridSpan w:val="3"/>
            <w:vAlign w:val="center"/>
          </w:tcPr>
          <w:p w:rsidR="00CA4775" w:rsidRDefault="00CA4775"/>
          <w:p w:rsidR="00CA4775" w:rsidRDefault="00CA4775"/>
          <w:p w:rsidR="00CA4775" w:rsidRDefault="00CA4775"/>
        </w:tc>
      </w:tr>
    </w:tbl>
    <w:p w:rsidR="00CA4775" w:rsidRDefault="00C41BC8">
      <w:pPr>
        <w:spacing w:before="140" w:after="40"/>
      </w:pPr>
      <w:r>
        <w:rPr>
          <w:b/>
        </w:rPr>
        <w:t>DECLARAÇÃO DO/A PROPONENTE</w:t>
      </w:r>
    </w:p>
    <w:p w:rsidR="00CA4775" w:rsidRPr="00355E90" w:rsidRDefault="00C41BC8">
      <w:pPr>
        <w:spacing w:after="100"/>
        <w:rPr>
          <w:lang w:val="pt-BR"/>
        </w:rPr>
      </w:pPr>
      <w:r w:rsidRPr="00355E90">
        <w:rPr>
          <w:sz w:val="17"/>
          <w:lang w:val="pt-BR"/>
        </w:rPr>
        <w:t>Declaro que as informações e pontuações registradas neste barema correspondem à documentação apresentada na candidatura e estou ciente de que a pontuação será conferida e poderá ser ajustada pela Comissão de Seleção.</w:t>
      </w:r>
    </w:p>
    <w:tbl>
      <w:tblPr>
        <w:tblStyle w:val="Tabelacomgrade"/>
        <w:tblW w:w="0" w:type="auto"/>
        <w:jc w:val="center"/>
        <w:tblLook w:val="04A0"/>
      </w:tblPr>
      <w:tblGrid>
        <w:gridCol w:w="5270"/>
        <w:gridCol w:w="5270"/>
      </w:tblGrid>
      <w:tr w:rsidR="00CA4775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CA4775" w:rsidRDefault="00C41BC8">
            <w:r>
              <w:rPr>
                <w:b/>
                <w:sz w:val="16"/>
              </w:rPr>
              <w:t>Data:</w:t>
            </w:r>
          </w:p>
        </w:tc>
        <w:tc>
          <w:tcPr>
            <w:tcW w:w="5270" w:type="dxa"/>
            <w:vAlign w:val="center"/>
          </w:tcPr>
          <w:p w:rsidR="00CA4775" w:rsidRDefault="00C41BC8">
            <w:r>
              <w:rPr>
                <w:sz w:val="16"/>
              </w:rPr>
              <w:t>____/____/2026</w:t>
            </w:r>
          </w:p>
        </w:tc>
      </w:tr>
      <w:tr w:rsidR="00CA4775" w:rsidRPr="00355E90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CA4775" w:rsidRPr="00355E90" w:rsidRDefault="00C41BC8">
            <w:pPr>
              <w:rPr>
                <w:lang w:val="pt-BR"/>
              </w:rPr>
            </w:pPr>
            <w:r w:rsidRPr="00355E90">
              <w:rPr>
                <w:b/>
                <w:sz w:val="16"/>
                <w:lang w:val="pt-BR"/>
              </w:rPr>
              <w:t>Nome do/a docente proponente:</w:t>
            </w:r>
          </w:p>
        </w:tc>
        <w:tc>
          <w:tcPr>
            <w:tcW w:w="5270" w:type="dxa"/>
            <w:vAlign w:val="center"/>
          </w:tcPr>
          <w:p w:rsidR="00CA4775" w:rsidRPr="00355E90" w:rsidRDefault="00CA4775">
            <w:pPr>
              <w:rPr>
                <w:lang w:val="pt-BR"/>
              </w:rPr>
            </w:pPr>
          </w:p>
        </w:tc>
      </w:tr>
      <w:tr w:rsidR="00CA4775" w:rsidRPr="00355E90">
        <w:trPr>
          <w:jc w:val="center"/>
        </w:trPr>
        <w:tc>
          <w:tcPr>
            <w:tcW w:w="5270" w:type="dxa"/>
            <w:shd w:val="clear" w:color="auto" w:fill="E7E6E6"/>
            <w:vAlign w:val="center"/>
          </w:tcPr>
          <w:p w:rsidR="00CA4775" w:rsidRPr="00355E90" w:rsidRDefault="00C41BC8" w:rsidP="00355E90">
            <w:pPr>
              <w:rPr>
                <w:lang w:val="pt-BR"/>
              </w:rPr>
            </w:pPr>
            <w:r w:rsidRPr="00355E90">
              <w:rPr>
                <w:b/>
                <w:sz w:val="16"/>
                <w:lang w:val="pt-BR"/>
              </w:rPr>
              <w:t>Assinatura eletrônica Gov.</w:t>
            </w:r>
            <w:proofErr w:type="gramStart"/>
            <w:r w:rsidRPr="00355E90">
              <w:rPr>
                <w:b/>
                <w:sz w:val="16"/>
                <w:lang w:val="pt-BR"/>
              </w:rPr>
              <w:t>br</w:t>
            </w:r>
            <w:proofErr w:type="gramEnd"/>
            <w:r w:rsidR="00355E90">
              <w:rPr>
                <w:b/>
                <w:sz w:val="16"/>
                <w:lang w:val="pt-BR"/>
              </w:rPr>
              <w:t xml:space="preserve"> ou assinatura validada </w:t>
            </w:r>
            <w:r w:rsidRPr="00355E90">
              <w:rPr>
                <w:b/>
                <w:sz w:val="16"/>
                <w:lang w:val="pt-BR"/>
              </w:rPr>
              <w:t xml:space="preserve"> do/a </w:t>
            </w:r>
            <w:r w:rsidR="00355E90">
              <w:rPr>
                <w:b/>
                <w:sz w:val="16"/>
                <w:lang w:val="pt-BR"/>
              </w:rPr>
              <w:t>proponente</w:t>
            </w:r>
            <w:r w:rsidRPr="00355E90">
              <w:rPr>
                <w:b/>
                <w:sz w:val="16"/>
                <w:lang w:val="pt-BR"/>
              </w:rPr>
              <w:t>:</w:t>
            </w:r>
          </w:p>
        </w:tc>
        <w:tc>
          <w:tcPr>
            <w:tcW w:w="5270" w:type="dxa"/>
            <w:vAlign w:val="center"/>
          </w:tcPr>
          <w:p w:rsidR="00CA4775" w:rsidRPr="00355E90" w:rsidRDefault="00CA4775">
            <w:pPr>
              <w:rPr>
                <w:lang w:val="pt-BR"/>
              </w:rPr>
            </w:pPr>
          </w:p>
        </w:tc>
      </w:tr>
    </w:tbl>
    <w:p w:rsidR="00CA4775" w:rsidRDefault="00C41BC8">
      <w:pPr>
        <w:spacing w:before="120" w:after="40"/>
      </w:pPr>
      <w:r>
        <w:rPr>
          <w:b/>
        </w:rPr>
        <w:t>CONFERÊNCIA DA COMISSÃO DE SELEÇÃO</w:t>
      </w:r>
    </w:p>
    <w:tbl>
      <w:tblPr>
        <w:tblStyle w:val="Tabelacomgrade"/>
        <w:tblW w:w="0" w:type="auto"/>
        <w:jc w:val="center"/>
        <w:tblLook w:val="04A0"/>
      </w:tblPr>
      <w:tblGrid>
        <w:gridCol w:w="3513"/>
        <w:gridCol w:w="3513"/>
        <w:gridCol w:w="3513"/>
      </w:tblGrid>
      <w:tr w:rsidR="00CA4775">
        <w:trPr>
          <w:jc w:val="center"/>
        </w:trPr>
        <w:tc>
          <w:tcPr>
            <w:tcW w:w="3513" w:type="dxa"/>
            <w:shd w:val="clear" w:color="auto" w:fill="D9EAD3"/>
            <w:vAlign w:val="center"/>
          </w:tcPr>
          <w:p w:rsidR="00CA4775" w:rsidRDefault="00C41BC8">
            <w:pPr>
              <w:jc w:val="center"/>
            </w:pPr>
            <w:r>
              <w:rPr>
                <w:b/>
                <w:sz w:val="16"/>
              </w:rPr>
              <w:t>MEMBRO</w:t>
            </w:r>
          </w:p>
        </w:tc>
        <w:tc>
          <w:tcPr>
            <w:tcW w:w="3513" w:type="dxa"/>
            <w:shd w:val="clear" w:color="auto" w:fill="D9EAD3"/>
            <w:vAlign w:val="center"/>
          </w:tcPr>
          <w:p w:rsidR="00CA4775" w:rsidRDefault="00C41BC8">
            <w:pPr>
              <w:jc w:val="center"/>
            </w:pPr>
            <w:r>
              <w:rPr>
                <w:b/>
                <w:sz w:val="16"/>
              </w:rPr>
              <w:t>NOME</w:t>
            </w:r>
          </w:p>
        </w:tc>
        <w:tc>
          <w:tcPr>
            <w:tcW w:w="3513" w:type="dxa"/>
            <w:shd w:val="clear" w:color="auto" w:fill="D9EAD3"/>
            <w:vAlign w:val="center"/>
          </w:tcPr>
          <w:p w:rsidR="00CA4775" w:rsidRDefault="00C41BC8">
            <w:pPr>
              <w:jc w:val="center"/>
            </w:pPr>
            <w:r>
              <w:rPr>
                <w:b/>
                <w:sz w:val="16"/>
              </w:rPr>
              <w:t>ASSINATURA</w:t>
            </w:r>
          </w:p>
        </w:tc>
      </w:tr>
      <w:tr w:rsidR="00CA4775">
        <w:trPr>
          <w:jc w:val="center"/>
        </w:trPr>
        <w:tc>
          <w:tcPr>
            <w:tcW w:w="3513" w:type="dxa"/>
            <w:vAlign w:val="center"/>
          </w:tcPr>
          <w:p w:rsidR="00CA4775" w:rsidRDefault="00C41BC8">
            <w:r>
              <w:rPr>
                <w:sz w:val="16"/>
              </w:rPr>
              <w:t>Presidente</w:t>
            </w:r>
          </w:p>
        </w:tc>
        <w:tc>
          <w:tcPr>
            <w:tcW w:w="3513" w:type="dxa"/>
            <w:vAlign w:val="center"/>
          </w:tcPr>
          <w:p w:rsidR="00CA4775" w:rsidRDefault="00CA4775"/>
        </w:tc>
        <w:tc>
          <w:tcPr>
            <w:tcW w:w="3513" w:type="dxa"/>
            <w:vAlign w:val="center"/>
          </w:tcPr>
          <w:p w:rsidR="00CA4775" w:rsidRDefault="00CA4775"/>
        </w:tc>
      </w:tr>
      <w:tr w:rsidR="00CA4775">
        <w:trPr>
          <w:jc w:val="center"/>
        </w:trPr>
        <w:tc>
          <w:tcPr>
            <w:tcW w:w="3513" w:type="dxa"/>
            <w:vAlign w:val="center"/>
          </w:tcPr>
          <w:p w:rsidR="00CA4775" w:rsidRDefault="00C41BC8" w:rsidP="00355E90">
            <w:r>
              <w:rPr>
                <w:sz w:val="16"/>
              </w:rPr>
              <w:t xml:space="preserve">Docente </w:t>
            </w:r>
            <w:proofErr w:type="spellStart"/>
            <w:r w:rsidR="00355E90">
              <w:rPr>
                <w:sz w:val="16"/>
              </w:rPr>
              <w:t>externo</w:t>
            </w:r>
            <w:proofErr w:type="spellEnd"/>
            <w:r w:rsidR="00355E90">
              <w:rPr>
                <w:sz w:val="16"/>
              </w:rPr>
              <w:t xml:space="preserve"> </w:t>
            </w:r>
            <w:proofErr w:type="spellStart"/>
            <w:r w:rsidR="00355E90">
              <w:rPr>
                <w:sz w:val="16"/>
              </w:rPr>
              <w:t>ao</w:t>
            </w:r>
            <w:proofErr w:type="spellEnd"/>
            <w:r w:rsidR="00355E90">
              <w:rPr>
                <w:sz w:val="16"/>
              </w:rPr>
              <w:t xml:space="preserve"> PPGEMP</w:t>
            </w:r>
          </w:p>
        </w:tc>
        <w:tc>
          <w:tcPr>
            <w:tcW w:w="3513" w:type="dxa"/>
            <w:vAlign w:val="center"/>
          </w:tcPr>
          <w:p w:rsidR="00CA4775" w:rsidRDefault="00CA4775"/>
        </w:tc>
        <w:tc>
          <w:tcPr>
            <w:tcW w:w="3513" w:type="dxa"/>
            <w:vAlign w:val="center"/>
          </w:tcPr>
          <w:p w:rsidR="00CA4775" w:rsidRDefault="00CA4775"/>
        </w:tc>
      </w:tr>
      <w:tr w:rsidR="00CA4775">
        <w:trPr>
          <w:jc w:val="center"/>
        </w:trPr>
        <w:tc>
          <w:tcPr>
            <w:tcW w:w="3513" w:type="dxa"/>
            <w:vAlign w:val="center"/>
          </w:tcPr>
          <w:p w:rsidR="00CA4775" w:rsidRDefault="00355E90">
            <w:proofErr w:type="spellStart"/>
            <w:r>
              <w:rPr>
                <w:sz w:val="16"/>
              </w:rPr>
              <w:t>Discente</w:t>
            </w:r>
            <w:proofErr w:type="spellEnd"/>
          </w:p>
        </w:tc>
        <w:tc>
          <w:tcPr>
            <w:tcW w:w="3513" w:type="dxa"/>
            <w:vAlign w:val="center"/>
          </w:tcPr>
          <w:p w:rsidR="00CA4775" w:rsidRDefault="00CA4775"/>
        </w:tc>
        <w:tc>
          <w:tcPr>
            <w:tcW w:w="3513" w:type="dxa"/>
            <w:vAlign w:val="center"/>
          </w:tcPr>
          <w:p w:rsidR="00CA4775" w:rsidRDefault="00CA4775"/>
        </w:tc>
      </w:tr>
    </w:tbl>
    <w:p w:rsidR="00CA4775" w:rsidRDefault="00C41BC8">
      <w:pPr>
        <w:jc w:val="right"/>
      </w:pPr>
      <w:r>
        <w:rPr>
          <w:sz w:val="17"/>
        </w:rPr>
        <w:t xml:space="preserve">Brasília, ____ de __________________ de </w:t>
      </w:r>
      <w:r>
        <w:rPr>
          <w:sz w:val="17"/>
        </w:rPr>
        <w:t>2026.</w:t>
      </w:r>
    </w:p>
    <w:sectPr w:rsidR="00CA4775" w:rsidSect="00355E90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drawingGridHorizontalSpacing w:val="90"/>
  <w:displayHorizontalDrawingGridEvery w:val="2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2D569A"/>
    <w:rsid w:val="00326F90"/>
    <w:rsid w:val="00355E90"/>
    <w:rsid w:val="00AA1D8D"/>
    <w:rsid w:val="00B47730"/>
    <w:rsid w:val="00C41BC8"/>
    <w:rsid w:val="00CA4775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633</Words>
  <Characters>3422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Thiago</cp:lastModifiedBy>
  <cp:revision>2</cp:revision>
  <dcterms:created xsi:type="dcterms:W3CDTF">2026-09-02T19:25:00Z</dcterms:created>
  <dcterms:modified xsi:type="dcterms:W3CDTF">2026-09-02T19:25:00Z</dcterms:modified>
</cp:coreProperties>
</file>