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7CE03" w14:textId="77777777" w:rsidR="000B6A62" w:rsidRDefault="000B6A62" w:rsidP="000B6A62">
      <w:pPr>
        <w:pStyle w:val="Ttulo1"/>
        <w:jc w:val="center"/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noProof/>
          <w:sz w:val="24"/>
          <w:szCs w:val="24"/>
          <w:lang w:val="pt-BR"/>
        </w:rPr>
        <w:drawing>
          <wp:anchor distT="0" distB="0" distL="114300" distR="114300" simplePos="0" relativeHeight="251661312" behindDoc="1" locked="0" layoutInCell="1" allowOverlap="1" wp14:anchorId="1D04D2D5" wp14:editId="5D18EC60">
            <wp:simplePos x="0" y="0"/>
            <wp:positionH relativeFrom="column">
              <wp:posOffset>4820986</wp:posOffset>
            </wp:positionH>
            <wp:positionV relativeFrom="paragraph">
              <wp:posOffset>-150074</wp:posOffset>
            </wp:positionV>
            <wp:extent cx="1299111" cy="855023"/>
            <wp:effectExtent l="19050" t="0" r="0" b="0"/>
            <wp:wrapNone/>
            <wp:docPr id="3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85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C744F2" w14:textId="35E78119" w:rsidR="00066F20" w:rsidRDefault="000B6A62" w:rsidP="000B6A62">
      <w:pPr>
        <w:pStyle w:val="Ttulo1"/>
        <w:jc w:val="center"/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noProof/>
          <w:sz w:val="24"/>
          <w:szCs w:val="24"/>
          <w:lang w:val="pt-BR"/>
        </w:rPr>
        <w:drawing>
          <wp:anchor distT="0" distB="0" distL="114300" distR="114300" simplePos="0" relativeHeight="251659264" behindDoc="1" locked="0" layoutInCell="1" allowOverlap="1" wp14:anchorId="20310528" wp14:editId="139F80B0">
            <wp:simplePos x="0" y="0"/>
            <wp:positionH relativeFrom="column">
              <wp:posOffset>296487</wp:posOffset>
            </wp:positionH>
            <wp:positionV relativeFrom="paragraph">
              <wp:posOffset>-668869</wp:posOffset>
            </wp:positionV>
            <wp:extent cx="1055890" cy="973776"/>
            <wp:effectExtent l="19050" t="0" r="5715" b="0"/>
            <wp:wrapNone/>
            <wp:docPr id="2" name="Imagem 46" descr="FE - Iníc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E - Iníci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97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3B0FA1" w14:textId="433B7644" w:rsidR="006A1AB8" w:rsidRPr="006A1AB8" w:rsidRDefault="006A1AB8" w:rsidP="006A1AB8">
      <w:pPr>
        <w:spacing w:after="0" w:line="240" w:lineRule="auto"/>
        <w:jc w:val="center"/>
        <w:rPr>
          <w:rFonts w:ascii="Candara" w:hAnsi="Candara"/>
          <w:b/>
          <w:sz w:val="24"/>
          <w:szCs w:val="24"/>
          <w:lang w:val="pt-PT"/>
        </w:rPr>
      </w:pPr>
      <w:r w:rsidRPr="006A1AB8">
        <w:rPr>
          <w:rFonts w:ascii="Candara" w:hAnsi="Candara"/>
          <w:b/>
          <w:sz w:val="24"/>
          <w:szCs w:val="24"/>
          <w:lang w:val="pt-PT"/>
        </w:rPr>
        <w:t>CHAMADA INTERNA Nº 0</w:t>
      </w:r>
      <w:r w:rsidR="00963859">
        <w:rPr>
          <w:rFonts w:ascii="Candara" w:hAnsi="Candara"/>
          <w:b/>
          <w:sz w:val="24"/>
          <w:szCs w:val="24"/>
          <w:lang w:val="pt-PT"/>
        </w:rPr>
        <w:t>8</w:t>
      </w:r>
      <w:r w:rsidRPr="006A1AB8">
        <w:rPr>
          <w:rFonts w:ascii="Candara" w:hAnsi="Candara"/>
          <w:b/>
          <w:sz w:val="24"/>
          <w:szCs w:val="24"/>
          <w:lang w:val="pt-PT"/>
        </w:rPr>
        <w:t>/2026 – PPGEMP</w:t>
      </w:r>
    </w:p>
    <w:p w14:paraId="42D36430" w14:textId="77777777" w:rsidR="006A1AB8" w:rsidRPr="006A1AB8" w:rsidRDefault="006A1AB8" w:rsidP="006A1AB8">
      <w:pPr>
        <w:spacing w:after="0" w:line="240" w:lineRule="auto"/>
        <w:jc w:val="center"/>
        <w:rPr>
          <w:rFonts w:ascii="Candara" w:hAnsi="Candara"/>
          <w:b/>
          <w:sz w:val="24"/>
          <w:szCs w:val="24"/>
          <w:lang w:val="pt-PT"/>
        </w:rPr>
      </w:pPr>
      <w:r w:rsidRPr="006A1AB8">
        <w:rPr>
          <w:rFonts w:ascii="Candara" w:hAnsi="Candara"/>
          <w:b/>
          <w:sz w:val="24"/>
          <w:szCs w:val="24"/>
          <w:lang w:val="pt-PT"/>
        </w:rPr>
        <w:t>Seleção interna de candidaturas ao Programa de Bolsas de Pós-Doutorado no Exterior – DPG/UnB/FAPDF</w:t>
      </w:r>
    </w:p>
    <w:p w14:paraId="42B750F7" w14:textId="77777777" w:rsidR="006A1AB8" w:rsidRPr="006A1AB8" w:rsidRDefault="006A1AB8" w:rsidP="006A1AB8">
      <w:pPr>
        <w:spacing w:after="0" w:line="240" w:lineRule="auto"/>
        <w:jc w:val="center"/>
        <w:rPr>
          <w:rFonts w:ascii="Candara" w:hAnsi="Candara"/>
          <w:b/>
          <w:sz w:val="24"/>
          <w:szCs w:val="24"/>
          <w:lang w:val="pt-PT"/>
        </w:rPr>
      </w:pPr>
      <w:r w:rsidRPr="006A1AB8">
        <w:rPr>
          <w:rFonts w:ascii="Candara" w:hAnsi="Candara"/>
          <w:b/>
          <w:sz w:val="24"/>
          <w:szCs w:val="24"/>
          <w:lang w:val="pt-PT"/>
        </w:rPr>
        <w:t>Referente ao Edital DPG/UnB nº 009/2026</w:t>
      </w:r>
    </w:p>
    <w:p w14:paraId="1CFB0C3B" w14:textId="51046891" w:rsidR="006A1AB8" w:rsidRDefault="006A1AB8" w:rsidP="006A1AB8">
      <w:pPr>
        <w:spacing w:after="0" w:line="240" w:lineRule="auto"/>
        <w:jc w:val="center"/>
        <w:rPr>
          <w:rFonts w:ascii="Candara" w:hAnsi="Candara"/>
          <w:sz w:val="24"/>
          <w:szCs w:val="24"/>
          <w:lang w:val="pt-BR"/>
        </w:rPr>
      </w:pPr>
    </w:p>
    <w:p w14:paraId="295DE110" w14:textId="312C5D57" w:rsidR="006A1AB8" w:rsidRPr="00005A2E" w:rsidRDefault="006A1AB8" w:rsidP="006A1AB8">
      <w:pPr>
        <w:spacing w:after="0" w:line="240" w:lineRule="auto"/>
        <w:jc w:val="center"/>
        <w:rPr>
          <w:b/>
          <w:bCs/>
          <w:color w:val="365F91" w:themeColor="accent1" w:themeShade="BF"/>
          <w:sz w:val="28"/>
          <w:szCs w:val="28"/>
          <w:lang w:val="pt-BR"/>
        </w:rPr>
      </w:pPr>
      <w:r w:rsidRPr="00005A2E">
        <w:rPr>
          <w:rFonts w:ascii="Candara" w:hAnsi="Candara"/>
          <w:b/>
          <w:bCs/>
          <w:color w:val="365F91" w:themeColor="accent1" w:themeShade="BF"/>
          <w:sz w:val="28"/>
          <w:szCs w:val="28"/>
          <w:lang w:val="pt-BR"/>
        </w:rPr>
        <w:t>ANEXO I – DADOS GERAIS DO(A) CANDIDATO(A</w:t>
      </w:r>
      <w:r w:rsidRPr="00005A2E">
        <w:rPr>
          <w:rFonts w:ascii="Candara" w:hAnsi="Candara"/>
          <w:b/>
          <w:bCs/>
          <w:color w:val="365F91" w:themeColor="accent1" w:themeShade="BF"/>
          <w:sz w:val="28"/>
          <w:szCs w:val="28"/>
          <w:lang w:val="pt-BR"/>
        </w:rPr>
        <w:t>)</w:t>
      </w:r>
    </w:p>
    <w:p w14:paraId="516A7A1A" w14:textId="77777777" w:rsidR="000B6A62" w:rsidRPr="000B6A62" w:rsidRDefault="000B6A62" w:rsidP="000B6A62">
      <w:pPr>
        <w:rPr>
          <w:lang w:val="pt-BR"/>
        </w:rPr>
      </w:pPr>
    </w:p>
    <w:p w14:paraId="7CDB164D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t>1. Nome completo do(a) candidato(a):</w:t>
      </w:r>
    </w:p>
    <w:p w14:paraId="7BF38686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t>2. Matrícula FUB:</w:t>
      </w:r>
    </w:p>
    <w:p w14:paraId="487CBAF0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t>3. CPF:</w:t>
      </w:r>
    </w:p>
    <w:p w14:paraId="741C778E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t>4. Programa de Pós-Graduação: PPGEMP – FE/UnB</w:t>
      </w:r>
    </w:p>
    <w:p w14:paraId="032371C9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t>5. Linha de Pesquisa no PPGEMP:</w:t>
      </w:r>
    </w:p>
    <w:p w14:paraId="01D0CE6A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t>6. E-mail institucional:</w:t>
      </w:r>
    </w:p>
    <w:p w14:paraId="428B7A4C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t>7. Telefone:</w:t>
      </w:r>
    </w:p>
    <w:p w14:paraId="7BDF9283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t>8. Instituição de destino no exterior:</w:t>
      </w:r>
    </w:p>
    <w:p w14:paraId="4B04AD24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t>9. País:</w:t>
      </w:r>
    </w:p>
    <w:p w14:paraId="0D731A2B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t>10. Nome do(a) supervisor(a) no exterior:</w:t>
      </w:r>
    </w:p>
    <w:p w14:paraId="13BFA02B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t>11. Período previsto do estágio pós-doutoral (início e término):</w:t>
      </w:r>
    </w:p>
    <w:p w14:paraId="39703C1B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t xml:space="preserve">12. Situação do estágio no momento da inscrição </w:t>
      </w:r>
      <w:proofErr w:type="gramStart"/>
      <w:r w:rsidRPr="000B6A62">
        <w:rPr>
          <w:rFonts w:ascii="Candara" w:hAnsi="Candara"/>
          <w:sz w:val="24"/>
          <w:szCs w:val="24"/>
          <w:lang w:val="pt-BR"/>
        </w:rPr>
        <w:t>( )</w:t>
      </w:r>
      <w:proofErr w:type="gramEnd"/>
      <w:r w:rsidRPr="000B6A62">
        <w:rPr>
          <w:rFonts w:ascii="Candara" w:hAnsi="Candara"/>
          <w:sz w:val="24"/>
          <w:szCs w:val="24"/>
          <w:lang w:val="pt-BR"/>
        </w:rPr>
        <w:t xml:space="preserve"> A </w:t>
      </w:r>
      <w:proofErr w:type="gramStart"/>
      <w:r w:rsidRPr="000B6A62">
        <w:rPr>
          <w:rFonts w:ascii="Candara" w:hAnsi="Candara"/>
          <w:sz w:val="24"/>
          <w:szCs w:val="24"/>
          <w:lang w:val="pt-BR"/>
        </w:rPr>
        <w:t>iniciar  (</w:t>
      </w:r>
      <w:proofErr w:type="gramEnd"/>
      <w:r w:rsidRPr="000B6A62">
        <w:rPr>
          <w:rFonts w:ascii="Candara" w:hAnsi="Candara"/>
          <w:sz w:val="24"/>
          <w:szCs w:val="24"/>
          <w:lang w:val="pt-BR"/>
        </w:rPr>
        <w:t xml:space="preserve"> ) Em andamento</w:t>
      </w:r>
    </w:p>
    <w:p w14:paraId="21BEB146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t>13. Declaro que atendo integralmente aos requisitos do Edital DPG/UnB nº 003/2026 e sua retificação.</w:t>
      </w:r>
    </w:p>
    <w:p w14:paraId="2BA39FA0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br/>
        <w:t>Local e data: _________________________________</w:t>
      </w:r>
    </w:p>
    <w:p w14:paraId="3F2F84C2" w14:textId="77777777" w:rsidR="00066F20" w:rsidRPr="000B6A62" w:rsidRDefault="000B6A62">
      <w:pPr>
        <w:rPr>
          <w:rFonts w:ascii="Candara" w:hAnsi="Candara"/>
          <w:sz w:val="24"/>
          <w:szCs w:val="24"/>
          <w:lang w:val="pt-BR"/>
        </w:rPr>
      </w:pPr>
      <w:r w:rsidRPr="000B6A62">
        <w:rPr>
          <w:rFonts w:ascii="Candara" w:hAnsi="Candara"/>
          <w:sz w:val="24"/>
          <w:szCs w:val="24"/>
          <w:lang w:val="pt-BR"/>
        </w:rPr>
        <w:t>Assinatura do(a) candidato(a): _________________________________</w:t>
      </w:r>
    </w:p>
    <w:sectPr w:rsidR="00066F20" w:rsidRPr="000B6A62" w:rsidSect="000B6A62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8142558">
    <w:abstractNumId w:val="8"/>
  </w:num>
  <w:num w:numId="2" w16cid:durableId="1340081805">
    <w:abstractNumId w:val="6"/>
  </w:num>
  <w:num w:numId="3" w16cid:durableId="1441485905">
    <w:abstractNumId w:val="5"/>
  </w:num>
  <w:num w:numId="4" w16cid:durableId="1828324761">
    <w:abstractNumId w:val="4"/>
  </w:num>
  <w:num w:numId="5" w16cid:durableId="303699518">
    <w:abstractNumId w:val="7"/>
  </w:num>
  <w:num w:numId="6" w16cid:durableId="1068725472">
    <w:abstractNumId w:val="3"/>
  </w:num>
  <w:num w:numId="7" w16cid:durableId="1306473233">
    <w:abstractNumId w:val="2"/>
  </w:num>
  <w:num w:numId="8" w16cid:durableId="1836384720">
    <w:abstractNumId w:val="1"/>
  </w:num>
  <w:num w:numId="9" w16cid:durableId="1802335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A2E"/>
    <w:rsid w:val="00034616"/>
    <w:rsid w:val="0006063C"/>
    <w:rsid w:val="00066F20"/>
    <w:rsid w:val="000B6A62"/>
    <w:rsid w:val="0015074B"/>
    <w:rsid w:val="001A06D2"/>
    <w:rsid w:val="0029639D"/>
    <w:rsid w:val="00326F90"/>
    <w:rsid w:val="006A1AB8"/>
    <w:rsid w:val="00963859"/>
    <w:rsid w:val="00AA1D8D"/>
    <w:rsid w:val="00B47730"/>
    <w:rsid w:val="00CB0664"/>
    <w:rsid w:val="00D64E59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9FCF8"/>
  <w15:docId w15:val="{76A86135-678E-4859-8D3D-047A21F7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Etienne Baldez Louzada Barbosa</cp:lastModifiedBy>
  <cp:revision>5</cp:revision>
  <dcterms:created xsi:type="dcterms:W3CDTF">2026-08-11T13:42:00Z</dcterms:created>
  <dcterms:modified xsi:type="dcterms:W3CDTF">2026-08-11T19:35:00Z</dcterms:modified>
</cp:coreProperties>
</file>